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בעלי חיים חיים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חדשות: עדר, להקה, טורף, להזהיר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פילה זקנה וחכמה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יש הרבה דגים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סוריקטה אחת ששומרת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ביחד שומרים אחד על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ביחד בעדר.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הסוריקטה מזהירה את כולם.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פילים)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(קבוצת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(חיה שתופסת חיות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(להגן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(להגיד שיש סכנה)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פילים חיים ביחד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פילה זקנה מובילה את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דגים שוחים ביחד בלהקה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סוריקטה מזהירה את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ביחד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שלם, עם מילה מהמילון (עדר/להקה/קבוצה/ביחד), מסתיים בנקודה.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שמירה או 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אזהרה מסכנה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שקבוצה נותנת כוח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ולהראות תמונות של פילים, דגים וסוריקטות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לתרגל את המילים החדשות בעזרת תרגום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והסדר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למדנו שפילים, דגים וסוריקטות חיים בקבוצות. ביחד קל יותר לשמור על עצמם ולהיזהר מסכנה.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חיים 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את העדר?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פילה זקנה וחכמה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לטורף לתפוס דג בלהקה?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הדגים גדולים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הרבה דגים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ישנים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מזהירה את כולם מסכנה?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הסוריקטות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סוריקטה אחת ששומרת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לחיות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פחות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שומרים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הטורף רואה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פילה זקנה מובילה את העדר.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קטנים שוחים ביחד בלהקה.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הסוריקטה לא מזהירה 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פילים חיים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דגים שוחים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הפילה יודעת איפה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הסוריקטה __________ את כולם.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להגן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שתופסת חיות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פילים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להגיד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להזהיר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דגים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חזקים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סוריקטה מזהירה את כולם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פילה זקנה מובילה את העדר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דגים שוחים ביחד בלהקה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ביחד בעדר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ה"קבוצה" שלי? כתבו משפט אחד או שניים: "הקבוצה שלי היא... היא עוזרת לי כי..."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פילים חיים בעדר ולא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הסוריקטה כששומרת על החברים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ביחד אנחנו חזקים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