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כוחו של העדר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בעלי חיים חיים בקבוצות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חדשות: עדר, להקה, טורף, להזהיר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 פשוט על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פילה זקנה וחכמה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יש הרבה דגים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סוריקטה אחת ששומרת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ביחד שומרים אחד על השני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פילים חיים ביחד בעדר.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הסוריקטה מזהירה את כולם.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מזהירה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(קבוצת פילים)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(קבוצת דגים)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(חיה שתופסת חיות אחרות)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(להגן על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(להגיד שיש סכנה)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הדברים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פילים חיים ביחד בעדר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פילה זקנה מובילה את העדר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דגים שוחים ביחד בלהקה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סוריקטה מזהירה את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ביחד חזקים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שלם, עם מילה מהמילון (עדר/להקה/קבוצה/ביחד), מסתיים בנקודה.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שמירה או עזרה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אזהרה מסכנה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שקבוצה נותנת כוח וביטחון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ולהראות תמונות של פילים, דגים וסוריקטות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לתרגל את המילים החדשות בעזרת תרגום קצר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משימת ההתאמה והסדר לפני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כוחו של העדר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פילים, דגים וסוריקטות חיים ביחד בקבוצה. ביחד יותר בטוח.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גדולה של פילים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דגים שחיים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קבוצה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חברים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חיה שתופסת חיות אחרות כדי לאכול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סכנה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שיכול לפגוע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לשמור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להגן על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להזהיר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להגיד שיש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ביחד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לבד, עם עוד חברים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פילים חיים...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הראש של העדר?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פיל 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פילה זקנה וחכמה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קשה לתפוס דג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הדגים גדולים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יש הרבה דגים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הדגים ישנים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מים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שומרת ומזהירה?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הסוריקטות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סוריקטה אחת ששומרת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טוב להיות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פחות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ביחד שומרים אחד על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הטורף רואה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אוכל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פילים חיים 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פילה זקנה מובילה את העדר.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דגים קטנים שוחים ביחד בלהקה.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הסוריקטה לא מזהירה אף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פילים חיים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דגים שוחים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הפילה יודעת איפה יש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הסוריקטה __________ את כולם.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קבוצת דגים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להקה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חיה שתופסת חיות אחרות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קבוצת פילים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לשמור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להגיד שיש 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להזהיר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להגן על מישהו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הדברים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דגים שוחים ביחד בלהקה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סוריקטה מזהירה את כולם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ביחד חזקים 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פילים חיים ביחד בעדר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פילה זקנה מובילה את העדר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ה"קבוצה" שלי? כתבו משפט אחד או שניים: "הקבוצה שלי היא... היא עוזרת לי כי..."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פילים חיים בעדר ולא לבד?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הסוריקטה כששומרת על החברים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ביחד אנחנו חזקים יותר?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כוחו של העדר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