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בעלי חיים חיים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חדשות: עדר, להקה, טורף, להזהיר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 פשוט על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פילה זקנה וחכמה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פילים חיים ביחד בעדר.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(קבוצת פילים)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(קבוצת דגים)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(להגיד שיש סכנה)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הדברים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פילים חיים ביחד בעדר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דגים שוחים ביחד בלהקה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ביחד חזקים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שמירה או עזרה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אזהרה מסכנה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שקבוצה נותנת כוח וביטחון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ולהראות תמונות של פילים, דגים וסוריקטות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לתרגל את המילים החדשות בעזרת תרגום קצר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משימת ההתאמה והסדר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למדנו שפילים, דגים וסוריקטות חיים בקבוצות. ביחד קל יותר לשמור על עצמם ולהיזהר מסכנה.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עדר  ·  להקה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חיים פילים?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מוביל את העדר?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פיל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פילה זקנה וחכמה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פילים חיים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פילה זקנה מובילה את העדר.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פילים חיים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דגים שוחים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להגיד שיש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להקה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קבוצת פילים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להזהיר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דגים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הדברים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ביחד חזקים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פילים חיים ביחד בעדר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דגים שוחים ביחד בלהקה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פילים חיים בעדר ולא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הסוריקטה כששומרת על החברים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כוחו של העדר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